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פרח החצב ופריחת סוף הקיץ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פרח החצב ואת זמן הפריחה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חדשות כמו בצל, צוף ואדמה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משפטים קצרים על הפרח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חָצָב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למדנו בחידון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הבצל נמצא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חצב הוא פרח בר ואין לאכול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הצבע של פרחי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המילה חצב מתחילה באות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הדבורה באה לשתות צוף, לא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(פרח שפורח בסוף הקיץ)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(החלק שישן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(משקה מתוק שבפרח)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(חרק שבא לשתות מהפרח)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(המקום שבו ישן הבצל)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חצב הוא פרח בר ואין לאכול צמחים מהטבע בלי לדעת אם הם בטוחים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הציור כולל פרח עם עלים ואולי דבורה; המילים קשורות לחצב כמו בצל, צוף או 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הקיץ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בניקוד בקול רם יחד עם הילדים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תמונה של פרח חצב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ולבדוק יחד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פרח החצב ופריחת סוף הקיץ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פרח בשם חָצָב פורח בסוף הקיץ. בדף הזה נלמד עליו מילים חדשות ונענה על שאלות קצרות.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חָצָב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שפורח בסוף הקיץ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בָּצָל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של הפרח שישן מתחת לאדמה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צוּף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משקה מתוק שיש בתוך הפרח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דְּבוֹרָה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 קטן שבא לשתות צוף מהפרח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אֲדָמָה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גדלים הצמחים והפרחים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קַיִץ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חמה בשנה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פְּרִיחָה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כשהפרח נפתח ומראה את הצבעים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פרח פורח כשהקיץ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חָצָב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שֶׁלֶג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כַּדּוּר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וֶרֶד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נמצא הבצל?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יש לפרחי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חרק בא לשתות מהפרח?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האות הראשונה במילה 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חצב פורח בסוף הקיץ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של החצב ישן באדמה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לאכול חצב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פרחי החצב הם בצבע לבן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חצב מתחילה באות 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הדבורה באה לשתות מים מהחצב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החצב פורח בסוף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הבצל של החצב ישן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הדבורה באה לשתות __________ מהפרח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צבע הפרחים של החצב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חצב מתחילה באות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החלק שישן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שבו ישן הבצל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חרק שבא לשתות מהפרח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משקה מתוק שבפרח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פרח שפורח בסוף הקיץ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אסור לאכול חצב?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ציירו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את פרח החצב וכתבו לידו שתי מילים חדשות שלמדתם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פורח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צבע הם פרחי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בא לשתות צוף מהפרח?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פרח החצב ופריחת סוף הקיץ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