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פרח החצב ופריחת סוף הקיץ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פרח החצב ואת זמן הפריחה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חדשות כמו בצל, צוף ואדמה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והבנה של משפטים קצרים על הפרח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חָצָב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למדנו בחידון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הבצל נמצא 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הצבע של פרחי החצב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(פרח שפורח בסוף הקיץ)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(החלק שישן באדמה)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(חרק שבא לשתות מהפרח)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(המקום שבו ישן הבצל)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וחשבו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ציירו וכתבו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הציור כולל פרח עם עלים ואולי דבורה; המילים קשורות לחצב כמו בצל, צוף או אדמה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בסוף הקיץ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דבורה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המילים בניקוד בקול רם יחד עם הילדים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תמונה של פרח חצב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לעבוד בזוגות ולבדוק יחד על הלוח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פרח החצב ופריחת סוף הקיץ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פרח החצב שפורח בסוף הקיץ. נגלה איפה ישן הבצל, מי בא לשתות ממנו ומה צבע הפרחים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קיץ  ·  לבן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פרח פורח בסוף הקיץ?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חָצָב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שֶׁלֶג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כַּדּוּר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צבע הפרחים של החצב?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כחול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חצב פורח בסוף הקיץ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הבצל של החצב ישן באדמה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פרחי החצב הם בצבע לבן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החצב פורח בסוף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צבע הפרחים של החצב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המילה להסבר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המקום שבו ישן הבצל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פרח שפורח בסוף הקיץ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דבורה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החלק שישן באדמה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אדמה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חרק שבא לשתות מהפרח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ציירו וכתבו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ציירו את פרח החצב וכתבו לידו שתי מילים חדשות שלמדתם עליו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פורח החצב?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באיזה צבע הם פרחי החצב?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פרח החצב ופריחת סוף הקיץ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